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–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עיקרי קורות חייו ופעילותו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אירועים מרכזיים בדרכו המדינית וההיסטורית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בדילמות ערכיות הקשורות למנהיגות ולשלום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בריסק (ברסט-ליטובסק)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1978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מנהיג האופוזיציה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המהפך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נעצר על ידי הסובייטים ונשלח לגולאג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נולד בפולין (בריסק)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חלק מהדימוי שלו כמנהיג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ארצות הברית תיווכה בהסכמי קמפ דייוויד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כיהן בשתי קדנציות רצופות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אצ"ל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סובייטי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(המחתרת שבה פיקד בגין)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(נשיא מצרים שאיתו נחתם השלום)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(פרס בינלאומי שבגין זכה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(השינוי הפוליטי של שנת 1977)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(מחנה כפייה בברית המועצות)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בגין נולד בבריסק שבפולין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בגין נעצר בידי הסובייטים ונשלח למחנה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בגין מגיע לארץ ישראל ומצטרף לאצ״ל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בגין מכהן שנים רבות כמנהיג האופוזיציה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בגין נבחר לראש ממשלה במהפך של 1977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בגין חותם על הסכם השלום עם מצרים וזוכה בפרס נובל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מנסח שאלה רלוונטית הקשורה לאחד האירועים (למשל ויתור על שטחים, הקמת שלום) בשפה מכבדת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שמתייחסת למתח בין ביטחון, זהות לאומית ושאיפה לשלום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תכלול התייחסות למפקד מחתרת וראש ממשלה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תכלול שניים מתוך: מעצר בברית המועצות, עליה לארץ, המהפך, הסכם שלום, פרס נובל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תתייחס לשים טובת המדינה מעל אינטרס מפלגתי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לחומרי הדמויות והדילמות שבאתר, בפרט כרטיסי הדילמה ומשחק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בשאלת הכתיבה בעל פה לפני המשימה הכתובה כדי להעשיר את התשובות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להימנע מדיון פוליטי עכשווי ולהתמקד בעובדות ההיסטוריות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–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מנחם בגין היה מנהיג מרכזי בתולדות המדינה - ממפקד מחתרת ועד ראש ממשלה שחתם על הסכם שלום היסטורי. בדף זה נתרגל עובדות מרכזיות מחייו ונחשוב על משמעות המנהיגות שלו.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עיר נולד מנחם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בריסק (ברסט-ליטובסק)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וורשה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מחתרת פיקד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אצ״ל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פלמ״ח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עם מנהיג איזו מדינה חתם בגין על הסכם 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שנה זכה בגין בפרס נובל לשלום?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1978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1967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1982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תפקיד מילא בגין במשך שנים רבות לפני שהיה ראש 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מנהיג האופוזיציה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שר הביטחון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 עיריה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שגריר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נקרא השינוי הפוליטי של שנת 1977?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המהפך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העצמאות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ישב שנים במחנה כפייה בברית המועצות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נולד בארץ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היה ידוע באורח חיים צנוע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השלום עם מצרים נחתם ללא מעורבות של מדינה נוספת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כיהן כראש ממשלה רק פעם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מנחם בגין היה מפקד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בגין זכה בפרס נובל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הסכם השלום ההיסטורי נחתם עם מדינת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שהקים ממשלה, בגין היה שנים רבות מנהיג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בגין נעצר בידי השלטון ה__________ ונשלח למחנה עבודה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אצ״ל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השינוי הפוליטי של שנת 1977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אנואר סאדאת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מחנה כפייה בברית המועצות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פרס נובל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נשיא מצרים שאיתו נחתם השלום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המהפך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המחתרת שבה פיקד בגין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גולאג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פרס בינלאומי שבגין זכה 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חותם על הסכם השלום עם מצרים וזוכה בפרס נובל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מכהן שנים רבות כמנהיג האופוזיציה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נולד בבריסק שבפולין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נעצר בידי הסובייטים ונשלח למחנה עבודה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מגיע לארץ ישראל ומצטרף לאצ״ל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נבחר לראש ממשלה במהפך של 1977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קצר לדמותו של מנחם בגין ובו שאלה אחת על החלטה חשובה שקיבל כמנהיג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לדעתכם היה קשה במיוחד בהחלטה של בגין לוותר על שטחים תמורת שלום עם מצרים?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היה מנחם בגין ומה תפקידו המרכזי בהיסטוריה של המדינה?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אירועים מרכזיים בחייו של בגין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המושג 'ממלכתיות' בהקשר של מנהיגותו?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מנחם בגין – מנהיגות, צניעות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