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ופעילותו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המדינית וההיסטורית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בדילמות ערכיות הקשורות למנהיגות ולשלום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מנהיג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נעצר על ידי הסובייטים ונשלח לגולאג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בפולין (בריסק)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מהדימוי שלו כמנהיג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ארצות הברית תיווכה בהסכמי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כיהן בשתי קדנציות רצופות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סובייטי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(המחתרת שבה פיקד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(נשיא מצרים שאיתו נחתם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(פרס בינלאומי שבגין זכה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(השינוי הפוליטי של שנת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(מחנה כפייה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 שבפולין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נעצר בידי הסובייטים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מגיע לארץ ישראל ומצטרף לאצ״ל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מכהן שנים רבות כמנהיג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לראש ממשלה במהפך של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חותם על הסכם השלום עם מצרים וזוכה בפרס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מנסח שאלה רלוונטית הקשורה לאחד האירועים (למשל ויתור על שטחים, הקמת שלום)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שמתייחסת למתח בין ביטחון, זהות לאומית ושאיפה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התייחסות למפקד מחתרת וראש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מעצר בברית המועצות, עליה לארץ, המהפך, הסכם שלום, 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לשים טובת המדינה מעל אינטרס מפלגתי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לחומרי הדמויות והדילמות שבאתר, בפרט כרטיסי הדילמה ומשחק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בשאלת הכתיבה בעל פה לפני המשימה הכתובה כדי להעשיר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מדיון פוליטי עכשווי ולהתמקד בעובדות ההיסטוריות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איש חשוב מאוד בהיסטוריה של ישראל. הוא היה מנהיג מחתרת, ואחר כך ראש ממשלה שעשה שלום. נלמד עליו דברים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שפעלה נגד השלטון הבריטי, בגין היה מפקדה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חשאי שפועל נגד 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גולאג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מחנה עבודה קשה בברית המועצות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השינוי הפוליטי של שנת 1977 שבו בגין נבחר לראש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 לשלום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יוקרתי לאנשים שתרמו לשלום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הצד הפוליטי שאינו בשלטון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ששמה את טובת המדינה כולה מעל פני מפלגה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מחתרת בגין הוביל?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נחתם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בגין קיבל את הפרס?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בגין עשה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 האופוזיציה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לשינוי של 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ישב שנים במחנה כפייה בברית המועצות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באורח חיים צנוע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עם מצרים נחתם ללא מעורבות של מדינה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כראש ממשלה רק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מפקד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זכה בפרס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השלום ההיסטורי נחתם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שהקים ממשלה, בגין היה שנים רבות מנהיג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נעצר בידי השלטון ה__________ ונשלח למחנה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נשיא מצרים שאיתו נחתם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מחנה כפייה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השינוי הפוליטי של שנת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המחתרת שבה פיקד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 בינלאומי שבגין זכה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מגיע לארץ ישראל ומצטרף לאצ״ל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 במהפך של 1977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על הסכם השלום עם מצרים וזוכה בפרס נובל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 שבפולין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מכהן שנים רבות כמנהיג האופוזיציה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הסובייטים ונשלח למחנה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לדמותו של מנחם בגין ובו שאלה אחת על החלטה חשובה שקיבל כמנהיג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היה קשה במיוחד בהחלטה של בגין לוותר על שטחים תמורת שלום עם מצרים?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 ומה תפקידו המרכזי בהיסטוריה של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מרכזיים בחייו של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המושג 'ממלכתיות' בהקשר של מנהיגותו?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