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עיקרי קורות חייו ופעילותו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אירועים מרכזיים בדרכו המדינית וההיסטורית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בדילמות ערכיות הקשורות למנהיגות ולשלום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בריסק (ברסט-ליטובסק)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נעצר על ידי הסובייטים ונשלח לגולאג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נולד בפולין (בריסק)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אצ"ל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(המחתרת שבה פיקד בגין)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(נשיא מצרים שאיתו נחתם השלום)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(פרס בינלאומי שבגין זכה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(השינוי הפוליטי של שנת 1977)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בגין נולד בבריסק שבפולין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בגין נעצר בידי הסובייטים ונשלח למחנה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בגין מגיע לארץ ישראל ומצטרף לאצ״ל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בגין מכהן שנים רבות כמנהיג האופוזיציה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מנסח שאלה רלוונטית הקשורה לאחד האירועים (למשל ויתור על שטחים, הקמת שלום) בשפה מכבדת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תכלול התייחסות למפקד מחתרת וראש ממשלה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תכלול שניים מתוך: מעצר בברית המועצות, עליה לארץ, המהפך, הסכם שלום, פרס נובל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תתייחס לשים טובת המדינה מעל אינטרס מפלגתי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לחומרי הדמויות והדילמות שבאתר, בפרט כרטיסי הדילמה ומשחק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בשאלת הכתיבה בעל פה לפני המשימה הכתובה כדי להעשיר את התשובות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להימנע מדיון פוליטי עכשווי ולהתמקד בעובדות ההיסטוריות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מנחם בגין היה מנהיג מרכזי בתולדות המדינה - ממפקד מחתרת ועד ראש ממשלה שחתם על הסכם שלום היסטורי. בדף זה נתרגל עובדות מרכזיות מחייו ונחשוב על משמעות המנהיגות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אצ"ל  ·  שלום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עיר נולד מנחם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בריסק (ברסט-ליטובסק)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וורשה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מחתרת פיקד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אצ״ל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פלמ״ח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לח״י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עם מנהיג איזו מדינה חתם בגין על הסכם 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סוריה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ישב שנים במחנה כפייה בברית המועצות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נולד בארץ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מנחם בגין היה מפקד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בגין זכה בפרס נובל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אצ״ל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נשיא מצרים שאיתו נחתם השלום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אנואר סאדאת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השינוי הפוליטי של שנת 1977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פרס נובל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המחתרת שבה פיקד בגין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המהפך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פרס בינלאומי שבגין זכה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מכהן שנים רבות כמנהיג האופוזיציה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נולד בבריסק שבפולין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נעצר בידי הסובייטים ונשלח למחנה עבודה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מגיע לארץ ישראל ומצטרף לאצ״ל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מכתב קצר לדמותו של מנחם בגין ובו שאלה אחת על החלטה חשובה שקיבל כמנהיג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היה מנחם בגין ומה תפקידו המרכזי בהיסטוריה של המדינה?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שני אירועים מרכזיים בחייו של בגין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 – מנהיגות, צניעות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